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397E" w:rsidRPr="00A31DEA" w:rsidRDefault="00A31DEA">
      <w:pPr>
        <w:jc w:val="center"/>
        <w:rPr>
          <w:rFonts w:cs="Times New Roman"/>
          <w:sz w:val="24"/>
          <w:szCs w:val="24"/>
        </w:rPr>
      </w:pPr>
      <w:r w:rsidRPr="00A31DEA">
        <w:rPr>
          <w:rFonts w:cs="Times New Roman"/>
          <w:b/>
          <w:sz w:val="24"/>
          <w:szCs w:val="24"/>
        </w:rPr>
        <w:t>CONSILIUL DE ADMINISTRAȚIE AL ȘCOLII GIMNAZIALE LOPADEA NOUĂ</w:t>
      </w:r>
    </w:p>
    <w:p w:rsidR="009F397E" w:rsidRPr="00993822" w:rsidRDefault="00A31DEA">
      <w:pPr>
        <w:jc w:val="center"/>
        <w:rPr>
          <w:rFonts w:cs="Times New Roman"/>
          <w:sz w:val="22"/>
        </w:rPr>
      </w:pPr>
      <w:proofErr w:type="spellStart"/>
      <w:r w:rsidRPr="00993822">
        <w:rPr>
          <w:rFonts w:cs="Times New Roman"/>
          <w:b/>
          <w:sz w:val="22"/>
        </w:rPr>
        <w:t>Componență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și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atribuții</w:t>
      </w:r>
      <w:proofErr w:type="spellEnd"/>
      <w:r w:rsidRPr="00993822">
        <w:rPr>
          <w:rFonts w:cs="Times New Roman"/>
          <w:b/>
          <w:sz w:val="22"/>
        </w:rPr>
        <w:t xml:space="preserve"> ale </w:t>
      </w:r>
      <w:proofErr w:type="spellStart"/>
      <w:r w:rsidRPr="00993822">
        <w:rPr>
          <w:rFonts w:cs="Times New Roman"/>
          <w:b/>
          <w:sz w:val="22"/>
        </w:rPr>
        <w:t>membrilor</w:t>
      </w:r>
      <w:proofErr w:type="spellEnd"/>
      <w:r w:rsidRPr="00993822">
        <w:rPr>
          <w:rFonts w:cs="Times New Roman"/>
          <w:b/>
          <w:sz w:val="22"/>
        </w:rPr>
        <w:t xml:space="preserve"> – </w:t>
      </w:r>
      <w:proofErr w:type="spellStart"/>
      <w:r w:rsidRPr="00993822">
        <w:rPr>
          <w:rFonts w:cs="Times New Roman"/>
          <w:b/>
          <w:sz w:val="22"/>
        </w:rPr>
        <w:t>anul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școlar</w:t>
      </w:r>
      <w:proofErr w:type="spellEnd"/>
      <w:r w:rsidRPr="00993822">
        <w:rPr>
          <w:rFonts w:cs="Times New Roman"/>
          <w:b/>
          <w:sz w:val="22"/>
        </w:rPr>
        <w:t xml:space="preserve"> 2026–2027</w:t>
      </w:r>
    </w:p>
    <w:p w:rsidR="009F397E" w:rsidRPr="00993822" w:rsidRDefault="00A31DEA">
      <w:pPr>
        <w:jc w:val="both"/>
        <w:rPr>
          <w:rFonts w:cs="Times New Roman"/>
          <w:sz w:val="22"/>
        </w:rPr>
      </w:pPr>
      <w:proofErr w:type="spellStart"/>
      <w:r w:rsidRPr="00993822">
        <w:rPr>
          <w:rFonts w:cs="Times New Roman"/>
          <w:sz w:val="22"/>
        </w:rPr>
        <w:t>Consiliul</w:t>
      </w:r>
      <w:proofErr w:type="spellEnd"/>
      <w:r w:rsidRPr="00993822">
        <w:rPr>
          <w:rFonts w:cs="Times New Roman"/>
          <w:sz w:val="22"/>
        </w:rPr>
        <w:t xml:space="preserve"> de </w:t>
      </w:r>
      <w:proofErr w:type="spellStart"/>
      <w:r w:rsidRPr="00993822">
        <w:rPr>
          <w:rFonts w:cs="Times New Roman"/>
          <w:sz w:val="22"/>
        </w:rPr>
        <w:t>administrație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proofErr w:type="gramStart"/>
      <w:r w:rsidRPr="00993822">
        <w:rPr>
          <w:rFonts w:cs="Times New Roman"/>
          <w:sz w:val="22"/>
        </w:rPr>
        <w:t>este</w:t>
      </w:r>
      <w:proofErr w:type="spellEnd"/>
      <w:proofErr w:type="gram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constituit</w:t>
      </w:r>
      <w:proofErr w:type="spellEnd"/>
      <w:r w:rsidRPr="00993822">
        <w:rPr>
          <w:rFonts w:cs="Times New Roman"/>
          <w:sz w:val="22"/>
        </w:rPr>
        <w:t xml:space="preserve"> din 7 </w:t>
      </w:r>
      <w:proofErr w:type="spellStart"/>
      <w:r w:rsidRPr="00993822">
        <w:rPr>
          <w:rFonts w:cs="Times New Roman"/>
          <w:sz w:val="22"/>
        </w:rPr>
        <w:t>membri</w:t>
      </w:r>
      <w:proofErr w:type="spellEnd"/>
      <w:r w:rsidRPr="00993822">
        <w:rPr>
          <w:rFonts w:cs="Times New Roman"/>
          <w:sz w:val="22"/>
        </w:rPr>
        <w:t xml:space="preserve">: </w:t>
      </w:r>
      <w:proofErr w:type="spellStart"/>
      <w:r w:rsidRPr="00993822">
        <w:rPr>
          <w:rFonts w:cs="Times New Roman"/>
          <w:sz w:val="22"/>
        </w:rPr>
        <w:t>directorul</w:t>
      </w:r>
      <w:proofErr w:type="spellEnd"/>
      <w:r w:rsidRPr="00993822">
        <w:rPr>
          <w:rFonts w:cs="Times New Roman"/>
          <w:sz w:val="22"/>
        </w:rPr>
        <w:t xml:space="preserve">, 2 cadre </w:t>
      </w:r>
      <w:proofErr w:type="spellStart"/>
      <w:r w:rsidRPr="00993822">
        <w:rPr>
          <w:rFonts w:cs="Times New Roman"/>
          <w:sz w:val="22"/>
        </w:rPr>
        <w:t>didactice</w:t>
      </w:r>
      <w:proofErr w:type="spellEnd"/>
      <w:r w:rsidRPr="00993822">
        <w:rPr>
          <w:rFonts w:cs="Times New Roman"/>
          <w:sz w:val="22"/>
        </w:rPr>
        <w:t xml:space="preserve">, 2 </w:t>
      </w:r>
      <w:proofErr w:type="spellStart"/>
      <w:r w:rsidRPr="00993822">
        <w:rPr>
          <w:rFonts w:cs="Times New Roman"/>
          <w:sz w:val="22"/>
        </w:rPr>
        <w:t>reprezentanți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părinților</w:t>
      </w:r>
      <w:proofErr w:type="spellEnd"/>
      <w:r w:rsidRPr="00993822">
        <w:rPr>
          <w:rFonts w:cs="Times New Roman"/>
          <w:sz w:val="22"/>
        </w:rPr>
        <w:t xml:space="preserve">, </w:t>
      </w:r>
      <w:proofErr w:type="spellStart"/>
      <w:r w:rsidRPr="00993822">
        <w:rPr>
          <w:rFonts w:cs="Times New Roman"/>
          <w:sz w:val="22"/>
        </w:rPr>
        <w:t>primarul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sau</w:t>
      </w:r>
      <w:proofErr w:type="spellEnd"/>
      <w:r w:rsidRPr="00993822">
        <w:rPr>
          <w:rFonts w:cs="Times New Roman"/>
          <w:sz w:val="22"/>
        </w:rPr>
        <w:t xml:space="preserve"> un </w:t>
      </w:r>
      <w:proofErr w:type="spellStart"/>
      <w:r w:rsidRPr="00993822">
        <w:rPr>
          <w:rFonts w:cs="Times New Roman"/>
          <w:sz w:val="22"/>
        </w:rPr>
        <w:t>reprezentant</w:t>
      </w:r>
      <w:proofErr w:type="spellEnd"/>
      <w:r w:rsidRPr="00993822">
        <w:rPr>
          <w:rFonts w:cs="Times New Roman"/>
          <w:sz w:val="22"/>
        </w:rPr>
        <w:t xml:space="preserve"> al </w:t>
      </w:r>
      <w:proofErr w:type="spellStart"/>
      <w:r w:rsidRPr="00993822">
        <w:rPr>
          <w:rFonts w:cs="Times New Roman"/>
          <w:sz w:val="22"/>
        </w:rPr>
        <w:t>primarului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un </w:t>
      </w:r>
      <w:proofErr w:type="spellStart"/>
      <w:r w:rsidRPr="00993822">
        <w:rPr>
          <w:rFonts w:cs="Times New Roman"/>
          <w:sz w:val="22"/>
        </w:rPr>
        <w:t>reprezentant</w:t>
      </w:r>
      <w:proofErr w:type="spellEnd"/>
      <w:r w:rsidRPr="00993822">
        <w:rPr>
          <w:rFonts w:cs="Times New Roman"/>
          <w:sz w:val="22"/>
        </w:rPr>
        <w:t xml:space="preserve"> al </w:t>
      </w:r>
      <w:proofErr w:type="spellStart"/>
      <w:r w:rsidRPr="00993822">
        <w:rPr>
          <w:rFonts w:cs="Times New Roman"/>
          <w:sz w:val="22"/>
        </w:rPr>
        <w:t>consiliului</w:t>
      </w:r>
      <w:proofErr w:type="spellEnd"/>
      <w:r w:rsidRPr="00993822">
        <w:rPr>
          <w:rFonts w:cs="Times New Roman"/>
          <w:sz w:val="22"/>
        </w:rPr>
        <w:t xml:space="preserve"> local.</w:t>
      </w:r>
    </w:p>
    <w:p w:rsidR="00A31DEA" w:rsidRPr="00993822" w:rsidRDefault="00A31DEA">
      <w:pPr>
        <w:jc w:val="both"/>
        <w:rPr>
          <w:rFonts w:cs="Times New Roman"/>
          <w:sz w:val="22"/>
        </w:rPr>
      </w:pPr>
    </w:p>
    <w:tbl>
      <w:tblPr>
        <w:tblStyle w:val="Rcsostblzat"/>
        <w:tblW w:w="0" w:type="auto"/>
        <w:jc w:val="center"/>
        <w:tblLayout w:type="fixed"/>
        <w:tblLook w:val="04A0"/>
      </w:tblPr>
      <w:tblGrid>
        <w:gridCol w:w="737"/>
        <w:gridCol w:w="2835"/>
        <w:gridCol w:w="2891"/>
        <w:gridCol w:w="1757"/>
        <w:gridCol w:w="6633"/>
      </w:tblGrid>
      <w:tr w:rsidR="009F397E" w:rsidRPr="00993822">
        <w:trPr>
          <w:tblHeader/>
          <w:jc w:val="center"/>
        </w:trPr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b/>
                <w:sz w:val="22"/>
              </w:rPr>
              <w:t xml:space="preserve">Nr. </w:t>
            </w:r>
            <w:proofErr w:type="spellStart"/>
            <w:r w:rsidRPr="00993822">
              <w:rPr>
                <w:rFonts w:cs="Times New Roman"/>
                <w:b/>
                <w:sz w:val="22"/>
              </w:rPr>
              <w:t>crt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>.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b/>
                <w:sz w:val="22"/>
              </w:rPr>
              <w:t>Numele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b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b/>
                <w:sz w:val="22"/>
              </w:rPr>
              <w:t>prenumele</w:t>
            </w:r>
            <w:proofErr w:type="spellEnd"/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b/>
                <w:sz w:val="22"/>
              </w:rPr>
              <w:t>Reprezentarea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/ </w:t>
            </w:r>
            <w:proofErr w:type="spellStart"/>
            <w:r w:rsidRPr="00993822">
              <w:rPr>
                <w:rFonts w:cs="Times New Roman"/>
                <w:b/>
                <w:sz w:val="22"/>
              </w:rPr>
              <w:t>funcția</w:t>
            </w:r>
            <w:proofErr w:type="spellEnd"/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b/>
                <w:sz w:val="22"/>
              </w:rPr>
              <w:t>Calitatea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b/>
                <w:sz w:val="22"/>
              </w:rPr>
              <w:t>în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CA</w:t>
            </w:r>
          </w:p>
        </w:tc>
        <w:tc>
          <w:tcPr>
            <w:tcW w:w="66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b/>
                <w:sz w:val="22"/>
              </w:rPr>
              <w:t>Atribuții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b/>
                <w:sz w:val="22"/>
              </w:rPr>
              <w:t>principale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b/>
                <w:sz w:val="22"/>
              </w:rPr>
              <w:t>în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b/>
                <w:sz w:val="22"/>
              </w:rPr>
              <w:t>cadrul</w:t>
            </w:r>
            <w:proofErr w:type="spellEnd"/>
            <w:r w:rsidRPr="00993822">
              <w:rPr>
                <w:rFonts w:cs="Times New Roman"/>
                <w:b/>
                <w:sz w:val="22"/>
              </w:rPr>
              <w:t xml:space="preserve"> CA</w:t>
            </w:r>
          </w:p>
        </w:tc>
      </w:tr>
      <w:tr w:rsidR="009F397E" w:rsidRPr="00993822">
        <w:trPr>
          <w:cantSplit/>
          <w:jc w:val="center"/>
        </w:trPr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>1.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Gilyen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Henrieta-Sidonia</w:t>
            </w:r>
            <w:proofErr w:type="spellEnd"/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>Director</w:t>
            </w: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Președinte</w:t>
            </w:r>
            <w:proofErr w:type="spellEnd"/>
          </w:p>
        </w:tc>
        <w:tc>
          <w:tcPr>
            <w:tcW w:w="66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 xml:space="preserve">Conduce </w:t>
            </w:r>
            <w:proofErr w:type="spellStart"/>
            <w:r w:rsidRPr="00993822">
              <w:rPr>
                <w:rFonts w:cs="Times New Roman"/>
                <w:sz w:val="22"/>
              </w:rPr>
              <w:t>ședințele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; </w:t>
            </w:r>
            <w:proofErr w:type="spellStart"/>
            <w:r w:rsidRPr="00993822">
              <w:rPr>
                <w:rFonts w:cs="Times New Roman"/>
                <w:sz w:val="22"/>
              </w:rPr>
              <w:t>coordonează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elaborarea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documentelor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</w:t>
            </w:r>
            <w:proofErr w:type="spellStart"/>
            <w:r w:rsidRPr="00993822">
              <w:rPr>
                <w:rFonts w:cs="Times New Roman"/>
                <w:sz w:val="22"/>
              </w:rPr>
              <w:t>organizare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funcționare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ale CA; </w:t>
            </w:r>
            <w:proofErr w:type="spellStart"/>
            <w:r w:rsidRPr="00993822">
              <w:rPr>
                <w:rFonts w:cs="Times New Roman"/>
                <w:sz w:val="22"/>
              </w:rPr>
              <w:t>semnează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hotărârile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documentele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aprobate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; </w:t>
            </w:r>
            <w:proofErr w:type="spellStart"/>
            <w:r w:rsidRPr="00993822">
              <w:rPr>
                <w:rFonts w:cs="Times New Roman"/>
                <w:sz w:val="22"/>
              </w:rPr>
              <w:t>întreprinde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demersurile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necesare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pentru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înlocuirea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membrilor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; </w:t>
            </w:r>
            <w:proofErr w:type="spellStart"/>
            <w:r w:rsidRPr="00993822">
              <w:rPr>
                <w:rFonts w:cs="Times New Roman"/>
                <w:sz w:val="22"/>
              </w:rPr>
              <w:t>desemnează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secretarul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CA; </w:t>
            </w:r>
            <w:proofErr w:type="spellStart"/>
            <w:r w:rsidRPr="00993822">
              <w:rPr>
                <w:rFonts w:cs="Times New Roman"/>
                <w:sz w:val="22"/>
              </w:rPr>
              <w:t>colaborează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cu </w:t>
            </w:r>
            <w:proofErr w:type="spellStart"/>
            <w:r w:rsidRPr="00993822">
              <w:rPr>
                <w:rFonts w:cs="Times New Roman"/>
                <w:sz w:val="22"/>
              </w:rPr>
              <w:t>secretarul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pentru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convocări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documente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; </w:t>
            </w:r>
            <w:proofErr w:type="spellStart"/>
            <w:r w:rsidRPr="00993822">
              <w:rPr>
                <w:rFonts w:cs="Times New Roman"/>
                <w:sz w:val="22"/>
              </w:rPr>
              <w:t>răspunde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</w:t>
            </w:r>
            <w:proofErr w:type="spellStart"/>
            <w:r w:rsidRPr="00993822">
              <w:rPr>
                <w:rFonts w:cs="Times New Roman"/>
                <w:sz w:val="22"/>
              </w:rPr>
              <w:t>gestionarea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documentelor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CA.</w:t>
            </w:r>
          </w:p>
        </w:tc>
      </w:tr>
      <w:tr w:rsidR="009F397E" w:rsidRPr="00993822">
        <w:trPr>
          <w:cantSplit/>
          <w:jc w:val="center"/>
        </w:trPr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>2.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Szilágyi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Andrei-</w:t>
            </w:r>
            <w:proofErr w:type="spellStart"/>
            <w:r w:rsidRPr="00993822">
              <w:rPr>
                <w:rFonts w:cs="Times New Roman"/>
                <w:sz w:val="22"/>
              </w:rPr>
              <w:t>Levente</w:t>
            </w:r>
            <w:proofErr w:type="spellEnd"/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Reprezentant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al </w:t>
            </w:r>
            <w:proofErr w:type="spellStart"/>
            <w:r w:rsidRPr="00993822">
              <w:rPr>
                <w:rFonts w:cs="Times New Roman"/>
                <w:sz w:val="22"/>
              </w:rPr>
              <w:t>cadrelor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didactice</w:t>
            </w:r>
            <w:proofErr w:type="spellEnd"/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Membru</w:t>
            </w:r>
            <w:proofErr w:type="spellEnd"/>
          </w:p>
        </w:tc>
        <w:tc>
          <w:tcPr>
            <w:tcW w:w="66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Participă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993822">
              <w:rPr>
                <w:rFonts w:cs="Times New Roman"/>
                <w:sz w:val="22"/>
              </w:rPr>
              <w:t>toate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ședințele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analizează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documentele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formulează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propuneri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votează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. </w:t>
            </w:r>
            <w:proofErr w:type="spellStart"/>
            <w:r w:rsidRPr="00993822">
              <w:rPr>
                <w:rFonts w:cs="Times New Roman"/>
                <w:sz w:val="22"/>
              </w:rPr>
              <w:t>Urmărește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în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cadrul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atribuțiilor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repartizate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CA, </w:t>
            </w:r>
            <w:proofErr w:type="spellStart"/>
            <w:r w:rsidRPr="00993822">
              <w:rPr>
                <w:rFonts w:cs="Times New Roman"/>
                <w:sz w:val="22"/>
              </w:rPr>
              <w:t>aspectele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privind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curriculumul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organizarea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activității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didactice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utilizarea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resurselor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educaționale</w:t>
            </w:r>
            <w:proofErr w:type="spellEnd"/>
            <w:r w:rsidRPr="00993822">
              <w:rPr>
                <w:rFonts w:cs="Times New Roman"/>
                <w:sz w:val="22"/>
              </w:rPr>
              <w:t>.</w:t>
            </w:r>
          </w:p>
        </w:tc>
      </w:tr>
      <w:tr w:rsidR="009F397E" w:rsidRPr="00993822">
        <w:trPr>
          <w:cantSplit/>
          <w:jc w:val="center"/>
        </w:trPr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>3.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Szilaghi-Székely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Melinda</w:t>
            </w:r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Reprezentant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al </w:t>
            </w:r>
            <w:proofErr w:type="spellStart"/>
            <w:r w:rsidRPr="00993822">
              <w:rPr>
                <w:rFonts w:cs="Times New Roman"/>
                <w:sz w:val="22"/>
              </w:rPr>
              <w:t>cadrelor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didactice</w:t>
            </w:r>
            <w:proofErr w:type="spellEnd"/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Membru</w:t>
            </w:r>
            <w:proofErr w:type="spellEnd"/>
          </w:p>
        </w:tc>
        <w:tc>
          <w:tcPr>
            <w:tcW w:w="66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Participă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993822">
              <w:rPr>
                <w:rFonts w:cs="Times New Roman"/>
                <w:sz w:val="22"/>
              </w:rPr>
              <w:t>toate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ședințele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analizează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documentele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formulează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propuneri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votează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. </w:t>
            </w:r>
            <w:proofErr w:type="spellStart"/>
            <w:r w:rsidRPr="00993822">
              <w:rPr>
                <w:rFonts w:cs="Times New Roman"/>
                <w:sz w:val="22"/>
              </w:rPr>
              <w:t>Urmărește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în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cadrul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atribuțiilor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repartizate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CA, </w:t>
            </w:r>
            <w:proofErr w:type="spellStart"/>
            <w:r w:rsidRPr="00993822">
              <w:rPr>
                <w:rFonts w:cs="Times New Roman"/>
                <w:sz w:val="22"/>
              </w:rPr>
              <w:t>aspectele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privind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dezvoltarea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profesională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activitățile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educative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calitatea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procesului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educațional</w:t>
            </w:r>
            <w:proofErr w:type="spellEnd"/>
            <w:r w:rsidRPr="00993822">
              <w:rPr>
                <w:rFonts w:cs="Times New Roman"/>
                <w:sz w:val="22"/>
              </w:rPr>
              <w:t>.</w:t>
            </w:r>
          </w:p>
        </w:tc>
      </w:tr>
      <w:tr w:rsidR="009F397E" w:rsidRPr="00993822">
        <w:trPr>
          <w:cantSplit/>
          <w:jc w:val="center"/>
        </w:trPr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>4.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Gazsi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Klára</w:t>
            </w:r>
            <w:proofErr w:type="spellEnd"/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Reprezentant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al </w:t>
            </w:r>
            <w:proofErr w:type="spellStart"/>
            <w:r w:rsidRPr="00993822">
              <w:rPr>
                <w:rFonts w:cs="Times New Roman"/>
                <w:sz w:val="22"/>
              </w:rPr>
              <w:t>părinților</w:t>
            </w:r>
            <w:proofErr w:type="spellEnd"/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Membru</w:t>
            </w:r>
            <w:proofErr w:type="spellEnd"/>
          </w:p>
        </w:tc>
        <w:tc>
          <w:tcPr>
            <w:tcW w:w="66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Participă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993822">
              <w:rPr>
                <w:rFonts w:cs="Times New Roman"/>
                <w:sz w:val="22"/>
              </w:rPr>
              <w:t>ședințe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formulează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puncte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</w:t>
            </w:r>
            <w:proofErr w:type="spellStart"/>
            <w:r w:rsidRPr="00993822">
              <w:rPr>
                <w:rFonts w:cs="Times New Roman"/>
                <w:sz w:val="22"/>
              </w:rPr>
              <w:t>vedere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propuneri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votează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. </w:t>
            </w:r>
            <w:proofErr w:type="spellStart"/>
            <w:r w:rsidRPr="00993822">
              <w:rPr>
                <w:rFonts w:cs="Times New Roman"/>
                <w:sz w:val="22"/>
              </w:rPr>
              <w:t>Sprijină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relația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școală–familie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urmărește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în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cadrul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atribuțiilor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repartizate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CA, </w:t>
            </w:r>
            <w:proofErr w:type="spellStart"/>
            <w:r w:rsidRPr="00993822">
              <w:rPr>
                <w:rFonts w:cs="Times New Roman"/>
                <w:sz w:val="22"/>
              </w:rPr>
              <w:t>aspectele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privind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participarea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elevilor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climatul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școlar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nevoile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beneficiarilor</w:t>
            </w:r>
            <w:proofErr w:type="spellEnd"/>
            <w:r w:rsidRPr="00993822">
              <w:rPr>
                <w:rFonts w:cs="Times New Roman"/>
                <w:sz w:val="22"/>
              </w:rPr>
              <w:t>.</w:t>
            </w:r>
          </w:p>
        </w:tc>
      </w:tr>
      <w:tr w:rsidR="009F397E" w:rsidRPr="00993822">
        <w:trPr>
          <w:cantSplit/>
          <w:jc w:val="center"/>
        </w:trPr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>5.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Pojar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Jutka</w:t>
            </w:r>
            <w:proofErr w:type="spellEnd"/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Reprezentant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al </w:t>
            </w:r>
            <w:proofErr w:type="spellStart"/>
            <w:r w:rsidRPr="00993822">
              <w:rPr>
                <w:rFonts w:cs="Times New Roman"/>
                <w:sz w:val="22"/>
              </w:rPr>
              <w:t>părinților</w:t>
            </w:r>
            <w:proofErr w:type="spellEnd"/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Membru</w:t>
            </w:r>
            <w:proofErr w:type="spellEnd"/>
          </w:p>
        </w:tc>
        <w:tc>
          <w:tcPr>
            <w:tcW w:w="66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Participă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993822">
              <w:rPr>
                <w:rFonts w:cs="Times New Roman"/>
                <w:sz w:val="22"/>
              </w:rPr>
              <w:t>ședințe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formulează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puncte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</w:t>
            </w:r>
            <w:proofErr w:type="spellStart"/>
            <w:r w:rsidRPr="00993822">
              <w:rPr>
                <w:rFonts w:cs="Times New Roman"/>
                <w:sz w:val="22"/>
              </w:rPr>
              <w:t>vedere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propuneri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votează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. </w:t>
            </w:r>
            <w:proofErr w:type="spellStart"/>
            <w:r w:rsidRPr="00993822">
              <w:rPr>
                <w:rFonts w:cs="Times New Roman"/>
                <w:sz w:val="22"/>
              </w:rPr>
              <w:t>Sprijină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comunicarea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cu </w:t>
            </w:r>
            <w:proofErr w:type="spellStart"/>
            <w:r w:rsidRPr="00993822">
              <w:rPr>
                <w:rFonts w:cs="Times New Roman"/>
                <w:sz w:val="22"/>
              </w:rPr>
              <w:t>părinții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urmărește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în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cadrul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atribuțiilor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repartizate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CA, </w:t>
            </w:r>
            <w:proofErr w:type="spellStart"/>
            <w:r w:rsidRPr="00993822">
              <w:rPr>
                <w:rFonts w:cs="Times New Roman"/>
                <w:sz w:val="22"/>
              </w:rPr>
              <w:t>parteneriatele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activitățile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extracurriculare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măsurile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</w:t>
            </w:r>
            <w:proofErr w:type="spellStart"/>
            <w:r w:rsidRPr="00993822">
              <w:rPr>
                <w:rFonts w:cs="Times New Roman"/>
                <w:sz w:val="22"/>
              </w:rPr>
              <w:t>sprijin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pentru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elevi</w:t>
            </w:r>
            <w:proofErr w:type="spellEnd"/>
            <w:r w:rsidRPr="00993822">
              <w:rPr>
                <w:rFonts w:cs="Times New Roman"/>
                <w:sz w:val="22"/>
              </w:rPr>
              <w:t>.</w:t>
            </w:r>
          </w:p>
        </w:tc>
      </w:tr>
      <w:tr w:rsidR="009F397E" w:rsidRPr="00993822">
        <w:trPr>
          <w:cantSplit/>
          <w:jc w:val="center"/>
        </w:trPr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lastRenderedPageBreak/>
              <w:t>6.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>Kiss Larisa-</w:t>
            </w:r>
            <w:proofErr w:type="spellStart"/>
            <w:r w:rsidRPr="00993822">
              <w:rPr>
                <w:rFonts w:cs="Times New Roman"/>
                <w:sz w:val="22"/>
              </w:rPr>
              <w:t>Denisa</w:t>
            </w:r>
            <w:proofErr w:type="spellEnd"/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Reprezentant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al </w:t>
            </w:r>
            <w:proofErr w:type="spellStart"/>
            <w:r w:rsidRPr="00993822">
              <w:rPr>
                <w:rFonts w:cs="Times New Roman"/>
                <w:sz w:val="22"/>
              </w:rPr>
              <w:t>primarului</w:t>
            </w:r>
            <w:proofErr w:type="spellEnd"/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Membru</w:t>
            </w:r>
            <w:proofErr w:type="spellEnd"/>
          </w:p>
        </w:tc>
        <w:tc>
          <w:tcPr>
            <w:tcW w:w="66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Participă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993822">
              <w:rPr>
                <w:rFonts w:cs="Times New Roman"/>
                <w:sz w:val="22"/>
              </w:rPr>
              <w:t>ședințe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analizează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problemele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supuse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aprobării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votează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. </w:t>
            </w:r>
            <w:proofErr w:type="spellStart"/>
            <w:r w:rsidRPr="00993822">
              <w:rPr>
                <w:rFonts w:cs="Times New Roman"/>
                <w:sz w:val="22"/>
              </w:rPr>
              <w:t>Facilitează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colaborarea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cu </w:t>
            </w:r>
            <w:proofErr w:type="spellStart"/>
            <w:r w:rsidRPr="00993822">
              <w:rPr>
                <w:rFonts w:cs="Times New Roman"/>
                <w:sz w:val="22"/>
              </w:rPr>
              <w:t>autoritatea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publică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locală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urmărește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în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cadrul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atribuțiilor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repartizate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CA, </w:t>
            </w:r>
            <w:proofErr w:type="spellStart"/>
            <w:r w:rsidRPr="00993822">
              <w:rPr>
                <w:rFonts w:cs="Times New Roman"/>
                <w:sz w:val="22"/>
              </w:rPr>
              <w:t>aspectele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privind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infrastructura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condițiile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materiale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sprijinul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acordat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unității</w:t>
            </w:r>
            <w:proofErr w:type="spellEnd"/>
            <w:r w:rsidRPr="00993822">
              <w:rPr>
                <w:rFonts w:cs="Times New Roman"/>
                <w:sz w:val="22"/>
              </w:rPr>
              <w:t>.</w:t>
            </w:r>
          </w:p>
        </w:tc>
      </w:tr>
      <w:tr w:rsidR="009F397E" w:rsidRPr="00993822">
        <w:trPr>
          <w:cantSplit/>
          <w:jc w:val="center"/>
        </w:trPr>
        <w:tc>
          <w:tcPr>
            <w:tcW w:w="73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r w:rsidRPr="00993822">
              <w:rPr>
                <w:rFonts w:cs="Times New Roman"/>
                <w:sz w:val="22"/>
              </w:rPr>
              <w:t>7.</w:t>
            </w:r>
          </w:p>
        </w:tc>
        <w:tc>
          <w:tcPr>
            <w:tcW w:w="2835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Pojar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Mircea</w:t>
            </w:r>
            <w:proofErr w:type="spellEnd"/>
          </w:p>
        </w:tc>
        <w:tc>
          <w:tcPr>
            <w:tcW w:w="289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Reprezentant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al </w:t>
            </w:r>
            <w:proofErr w:type="spellStart"/>
            <w:r w:rsidRPr="00993822">
              <w:rPr>
                <w:rFonts w:cs="Times New Roman"/>
                <w:sz w:val="22"/>
              </w:rPr>
              <w:t>Consiliului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Local</w:t>
            </w:r>
          </w:p>
        </w:tc>
        <w:tc>
          <w:tcPr>
            <w:tcW w:w="1757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jc w:val="center"/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Membru</w:t>
            </w:r>
            <w:proofErr w:type="spellEnd"/>
          </w:p>
        </w:tc>
        <w:tc>
          <w:tcPr>
            <w:tcW w:w="6633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:rsidR="009F397E" w:rsidRPr="00993822" w:rsidRDefault="00A31DEA">
            <w:pPr>
              <w:rPr>
                <w:rFonts w:cs="Times New Roman"/>
                <w:sz w:val="22"/>
              </w:rPr>
            </w:pPr>
            <w:proofErr w:type="spellStart"/>
            <w:r w:rsidRPr="00993822">
              <w:rPr>
                <w:rFonts w:cs="Times New Roman"/>
                <w:sz w:val="22"/>
              </w:rPr>
              <w:t>Participă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la </w:t>
            </w:r>
            <w:proofErr w:type="spellStart"/>
            <w:r w:rsidRPr="00993822">
              <w:rPr>
                <w:rFonts w:cs="Times New Roman"/>
                <w:sz w:val="22"/>
              </w:rPr>
              <w:t>ședințe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analizează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documentele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votează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. </w:t>
            </w:r>
            <w:proofErr w:type="spellStart"/>
            <w:r w:rsidRPr="00993822">
              <w:rPr>
                <w:rFonts w:cs="Times New Roman"/>
                <w:sz w:val="22"/>
              </w:rPr>
              <w:t>Susține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legătura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cu </w:t>
            </w:r>
            <w:proofErr w:type="spellStart"/>
            <w:r w:rsidRPr="00993822">
              <w:rPr>
                <w:rFonts w:cs="Times New Roman"/>
                <w:sz w:val="22"/>
              </w:rPr>
              <w:t>Consiliul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Local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urmărește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în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cadrul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atribuțiilor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repartizate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de CA, </w:t>
            </w:r>
            <w:proofErr w:type="spellStart"/>
            <w:r w:rsidRPr="00993822">
              <w:rPr>
                <w:rFonts w:cs="Times New Roman"/>
                <w:sz w:val="22"/>
              </w:rPr>
              <w:t>aspectele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privind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patrimoniul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, </w:t>
            </w:r>
            <w:proofErr w:type="spellStart"/>
            <w:r w:rsidRPr="00993822">
              <w:rPr>
                <w:rFonts w:cs="Times New Roman"/>
                <w:sz w:val="22"/>
              </w:rPr>
              <w:t>proiectele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comunitare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și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colaborarea</w:t>
            </w:r>
            <w:proofErr w:type="spellEnd"/>
            <w:r w:rsidRPr="00993822">
              <w:rPr>
                <w:rFonts w:cs="Times New Roman"/>
                <w:sz w:val="22"/>
              </w:rPr>
              <w:t xml:space="preserve"> </w:t>
            </w:r>
            <w:proofErr w:type="spellStart"/>
            <w:r w:rsidRPr="00993822">
              <w:rPr>
                <w:rFonts w:cs="Times New Roman"/>
                <w:sz w:val="22"/>
              </w:rPr>
              <w:t>instituțională</w:t>
            </w:r>
            <w:proofErr w:type="spellEnd"/>
            <w:r w:rsidRPr="00993822">
              <w:rPr>
                <w:rFonts w:cs="Times New Roman"/>
                <w:sz w:val="22"/>
              </w:rPr>
              <w:t>.</w:t>
            </w:r>
          </w:p>
        </w:tc>
      </w:tr>
    </w:tbl>
    <w:p w:rsidR="009F397E" w:rsidRPr="00993822" w:rsidRDefault="00A31DEA">
      <w:pPr>
        <w:spacing w:before="160"/>
        <w:rPr>
          <w:rFonts w:cs="Times New Roman"/>
          <w:sz w:val="22"/>
        </w:rPr>
      </w:pPr>
      <w:proofErr w:type="spellStart"/>
      <w:r w:rsidRPr="00993822">
        <w:rPr>
          <w:rFonts w:cs="Times New Roman"/>
          <w:b/>
          <w:sz w:val="22"/>
        </w:rPr>
        <w:t>Atribuții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și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obligații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comune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tuturor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membrilor</w:t>
      </w:r>
      <w:proofErr w:type="spellEnd"/>
      <w:r w:rsidRPr="00993822">
        <w:rPr>
          <w:rFonts w:cs="Times New Roman"/>
          <w:b/>
          <w:sz w:val="22"/>
        </w:rPr>
        <w:t xml:space="preserve"> CA</w:t>
      </w:r>
    </w:p>
    <w:p w:rsidR="009F397E" w:rsidRPr="00993822" w:rsidRDefault="00A31DEA">
      <w:pPr>
        <w:spacing w:after="20"/>
        <w:ind w:left="340" w:hanging="198"/>
        <w:rPr>
          <w:rFonts w:cs="Times New Roman"/>
          <w:sz w:val="22"/>
        </w:rPr>
      </w:pPr>
      <w:r w:rsidRPr="00993822">
        <w:rPr>
          <w:rFonts w:cs="Times New Roman"/>
          <w:sz w:val="22"/>
        </w:rPr>
        <w:t xml:space="preserve">• </w:t>
      </w:r>
      <w:proofErr w:type="spellStart"/>
      <w:proofErr w:type="gramStart"/>
      <w:r w:rsidRPr="00993822">
        <w:rPr>
          <w:rFonts w:cs="Times New Roman"/>
          <w:sz w:val="22"/>
        </w:rPr>
        <w:t>participă</w:t>
      </w:r>
      <w:proofErr w:type="spellEnd"/>
      <w:proofErr w:type="gramEnd"/>
      <w:r w:rsidRPr="00993822">
        <w:rPr>
          <w:rFonts w:cs="Times New Roman"/>
          <w:sz w:val="22"/>
        </w:rPr>
        <w:t xml:space="preserve"> la </w:t>
      </w:r>
      <w:proofErr w:type="spellStart"/>
      <w:r w:rsidRPr="00993822">
        <w:rPr>
          <w:rFonts w:cs="Times New Roman"/>
          <w:sz w:val="22"/>
        </w:rPr>
        <w:t>ședințele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consiliului</w:t>
      </w:r>
      <w:proofErr w:type="spellEnd"/>
      <w:r w:rsidRPr="00993822">
        <w:rPr>
          <w:rFonts w:cs="Times New Roman"/>
          <w:sz w:val="22"/>
        </w:rPr>
        <w:t xml:space="preserve"> de </w:t>
      </w:r>
      <w:proofErr w:type="spellStart"/>
      <w:r w:rsidRPr="00993822">
        <w:rPr>
          <w:rFonts w:cs="Times New Roman"/>
          <w:sz w:val="22"/>
        </w:rPr>
        <w:t>administrație</w:t>
      </w:r>
      <w:proofErr w:type="spellEnd"/>
      <w:r w:rsidRPr="00993822">
        <w:rPr>
          <w:rFonts w:cs="Times New Roman"/>
          <w:sz w:val="22"/>
        </w:rPr>
        <w:t xml:space="preserve">; </w:t>
      </w:r>
      <w:proofErr w:type="spellStart"/>
      <w:r w:rsidRPr="00993822">
        <w:rPr>
          <w:rFonts w:cs="Times New Roman"/>
          <w:sz w:val="22"/>
        </w:rPr>
        <w:t>prezența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membrilor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este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obligatorie</w:t>
      </w:r>
      <w:proofErr w:type="spellEnd"/>
      <w:r w:rsidRPr="00993822">
        <w:rPr>
          <w:rFonts w:cs="Times New Roman"/>
          <w:sz w:val="22"/>
        </w:rPr>
        <w:t xml:space="preserve">, </w:t>
      </w:r>
      <w:proofErr w:type="spellStart"/>
      <w:r w:rsidRPr="00993822">
        <w:rPr>
          <w:rFonts w:cs="Times New Roman"/>
          <w:sz w:val="22"/>
        </w:rPr>
        <w:t>iar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absențele</w:t>
      </w:r>
      <w:proofErr w:type="spellEnd"/>
      <w:r w:rsidRPr="00993822">
        <w:rPr>
          <w:rFonts w:cs="Times New Roman"/>
          <w:sz w:val="22"/>
        </w:rPr>
        <w:t xml:space="preserve"> se </w:t>
      </w:r>
      <w:proofErr w:type="spellStart"/>
      <w:r w:rsidRPr="00993822">
        <w:rPr>
          <w:rFonts w:cs="Times New Roman"/>
          <w:sz w:val="22"/>
        </w:rPr>
        <w:t>motivează</w:t>
      </w:r>
      <w:proofErr w:type="spellEnd"/>
      <w:r w:rsidRPr="00993822">
        <w:rPr>
          <w:rFonts w:cs="Times New Roman"/>
          <w:sz w:val="22"/>
        </w:rPr>
        <w:t>;</w:t>
      </w:r>
    </w:p>
    <w:p w:rsidR="009F397E" w:rsidRPr="00993822" w:rsidRDefault="00A31DEA">
      <w:pPr>
        <w:spacing w:after="20"/>
        <w:ind w:left="340" w:hanging="198"/>
        <w:rPr>
          <w:rFonts w:cs="Times New Roman"/>
          <w:sz w:val="22"/>
        </w:rPr>
      </w:pPr>
      <w:r w:rsidRPr="00993822">
        <w:rPr>
          <w:rFonts w:cs="Times New Roman"/>
          <w:sz w:val="22"/>
        </w:rPr>
        <w:t xml:space="preserve">• </w:t>
      </w:r>
      <w:proofErr w:type="spellStart"/>
      <w:proofErr w:type="gramStart"/>
      <w:r w:rsidRPr="00993822">
        <w:rPr>
          <w:rFonts w:cs="Times New Roman"/>
          <w:sz w:val="22"/>
        </w:rPr>
        <w:t>analizează</w:t>
      </w:r>
      <w:proofErr w:type="spellEnd"/>
      <w:proofErr w:type="gram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documentele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problemele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înscrise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ordinea</w:t>
      </w:r>
      <w:proofErr w:type="spellEnd"/>
      <w:r w:rsidRPr="00993822">
        <w:rPr>
          <w:rFonts w:cs="Times New Roman"/>
          <w:sz w:val="22"/>
        </w:rPr>
        <w:t xml:space="preserve"> de </w:t>
      </w:r>
      <w:proofErr w:type="spellStart"/>
      <w:r w:rsidRPr="00993822">
        <w:rPr>
          <w:rFonts w:cs="Times New Roman"/>
          <w:sz w:val="22"/>
        </w:rPr>
        <w:t>zi</w:t>
      </w:r>
      <w:proofErr w:type="spellEnd"/>
      <w:r w:rsidRPr="00993822">
        <w:rPr>
          <w:rFonts w:cs="Times New Roman"/>
          <w:sz w:val="22"/>
        </w:rPr>
        <w:t xml:space="preserve">, </w:t>
      </w:r>
      <w:proofErr w:type="spellStart"/>
      <w:r w:rsidRPr="00993822">
        <w:rPr>
          <w:rFonts w:cs="Times New Roman"/>
          <w:sz w:val="22"/>
        </w:rPr>
        <w:t>formulează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propuneri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își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exprimă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votul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în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condițiile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legii</w:t>
      </w:r>
      <w:proofErr w:type="spellEnd"/>
      <w:r w:rsidRPr="00993822">
        <w:rPr>
          <w:rFonts w:cs="Times New Roman"/>
          <w:sz w:val="22"/>
        </w:rPr>
        <w:t>;</w:t>
      </w:r>
    </w:p>
    <w:p w:rsidR="009F397E" w:rsidRPr="00993822" w:rsidRDefault="00A31DEA">
      <w:pPr>
        <w:spacing w:after="20"/>
        <w:ind w:left="340" w:hanging="198"/>
        <w:rPr>
          <w:rFonts w:cs="Times New Roman"/>
          <w:sz w:val="22"/>
        </w:rPr>
      </w:pPr>
      <w:r w:rsidRPr="00993822">
        <w:rPr>
          <w:rFonts w:cs="Times New Roman"/>
          <w:sz w:val="22"/>
        </w:rPr>
        <w:t xml:space="preserve">• </w:t>
      </w:r>
      <w:proofErr w:type="gramStart"/>
      <w:r w:rsidRPr="00993822">
        <w:rPr>
          <w:rFonts w:cs="Times New Roman"/>
          <w:sz w:val="22"/>
        </w:rPr>
        <w:t>nu</w:t>
      </w:r>
      <w:proofErr w:type="gram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participă</w:t>
      </w:r>
      <w:proofErr w:type="spellEnd"/>
      <w:r w:rsidRPr="00993822">
        <w:rPr>
          <w:rFonts w:cs="Times New Roman"/>
          <w:sz w:val="22"/>
        </w:rPr>
        <w:t xml:space="preserve"> la </w:t>
      </w:r>
      <w:proofErr w:type="spellStart"/>
      <w:r w:rsidRPr="00993822">
        <w:rPr>
          <w:rFonts w:cs="Times New Roman"/>
          <w:sz w:val="22"/>
        </w:rPr>
        <w:t>vot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atunci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când</w:t>
      </w:r>
      <w:proofErr w:type="spellEnd"/>
      <w:r w:rsidRPr="00993822">
        <w:rPr>
          <w:rFonts w:cs="Times New Roman"/>
          <w:sz w:val="22"/>
        </w:rPr>
        <w:t xml:space="preserve"> se </w:t>
      </w:r>
      <w:proofErr w:type="spellStart"/>
      <w:r w:rsidRPr="00993822">
        <w:rPr>
          <w:rFonts w:cs="Times New Roman"/>
          <w:sz w:val="22"/>
        </w:rPr>
        <w:t>află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în</w:t>
      </w:r>
      <w:proofErr w:type="spellEnd"/>
      <w:r w:rsidRPr="00993822">
        <w:rPr>
          <w:rFonts w:cs="Times New Roman"/>
          <w:sz w:val="22"/>
        </w:rPr>
        <w:t xml:space="preserve"> conflict de </w:t>
      </w:r>
      <w:proofErr w:type="spellStart"/>
      <w:r w:rsidRPr="00993822">
        <w:rPr>
          <w:rFonts w:cs="Times New Roman"/>
          <w:sz w:val="22"/>
        </w:rPr>
        <w:t>interese</w:t>
      </w:r>
      <w:proofErr w:type="spellEnd"/>
      <w:r w:rsidRPr="00993822">
        <w:rPr>
          <w:rFonts w:cs="Times New Roman"/>
          <w:sz w:val="22"/>
        </w:rPr>
        <w:t>;</w:t>
      </w:r>
    </w:p>
    <w:p w:rsidR="009F397E" w:rsidRPr="00993822" w:rsidRDefault="00A31DEA">
      <w:pPr>
        <w:spacing w:after="20"/>
        <w:ind w:left="340" w:hanging="198"/>
        <w:rPr>
          <w:rFonts w:cs="Times New Roman"/>
          <w:sz w:val="22"/>
        </w:rPr>
      </w:pPr>
      <w:r w:rsidRPr="00993822">
        <w:rPr>
          <w:rFonts w:cs="Times New Roman"/>
          <w:sz w:val="22"/>
        </w:rPr>
        <w:t xml:space="preserve">• </w:t>
      </w:r>
      <w:proofErr w:type="spellStart"/>
      <w:proofErr w:type="gramStart"/>
      <w:r w:rsidRPr="00993822">
        <w:rPr>
          <w:rFonts w:cs="Times New Roman"/>
          <w:sz w:val="22"/>
        </w:rPr>
        <w:t>își</w:t>
      </w:r>
      <w:proofErr w:type="spellEnd"/>
      <w:proofErr w:type="gram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asumă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prin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semnătură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procesul</w:t>
      </w:r>
      <w:proofErr w:type="spellEnd"/>
      <w:r w:rsidRPr="00993822">
        <w:rPr>
          <w:rFonts w:cs="Times New Roman"/>
          <w:sz w:val="22"/>
        </w:rPr>
        <w:t xml:space="preserve">-verbal al </w:t>
      </w:r>
      <w:proofErr w:type="spellStart"/>
      <w:r w:rsidRPr="00993822">
        <w:rPr>
          <w:rFonts w:cs="Times New Roman"/>
          <w:sz w:val="22"/>
        </w:rPr>
        <w:t>ședinței</w:t>
      </w:r>
      <w:proofErr w:type="spellEnd"/>
      <w:r w:rsidRPr="00993822">
        <w:rPr>
          <w:rFonts w:cs="Times New Roman"/>
          <w:sz w:val="22"/>
        </w:rPr>
        <w:t xml:space="preserve"> la care </w:t>
      </w:r>
      <w:proofErr w:type="spellStart"/>
      <w:r w:rsidRPr="00993822">
        <w:rPr>
          <w:rFonts w:cs="Times New Roman"/>
          <w:sz w:val="22"/>
        </w:rPr>
        <w:t>participă</w:t>
      </w:r>
      <w:proofErr w:type="spellEnd"/>
      <w:r w:rsidRPr="00993822">
        <w:rPr>
          <w:rFonts w:cs="Times New Roman"/>
          <w:sz w:val="22"/>
        </w:rPr>
        <w:t>;</w:t>
      </w:r>
    </w:p>
    <w:p w:rsidR="009F397E" w:rsidRPr="00993822" w:rsidRDefault="00A31DEA">
      <w:pPr>
        <w:spacing w:after="20"/>
        <w:ind w:left="340" w:hanging="198"/>
        <w:rPr>
          <w:rFonts w:cs="Times New Roman"/>
          <w:sz w:val="22"/>
        </w:rPr>
      </w:pPr>
      <w:r w:rsidRPr="00993822">
        <w:rPr>
          <w:rFonts w:cs="Times New Roman"/>
          <w:sz w:val="22"/>
        </w:rPr>
        <w:t xml:space="preserve">• </w:t>
      </w:r>
      <w:proofErr w:type="spellStart"/>
      <w:proofErr w:type="gramStart"/>
      <w:r w:rsidRPr="00993822">
        <w:rPr>
          <w:rFonts w:cs="Times New Roman"/>
          <w:sz w:val="22"/>
        </w:rPr>
        <w:t>respectă</w:t>
      </w:r>
      <w:proofErr w:type="spellEnd"/>
      <w:proofErr w:type="gram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confidențialitatea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datelor</w:t>
      </w:r>
      <w:proofErr w:type="spellEnd"/>
      <w:r w:rsidRPr="00993822">
        <w:rPr>
          <w:rFonts w:cs="Times New Roman"/>
          <w:sz w:val="22"/>
        </w:rPr>
        <w:t xml:space="preserve"> cu </w:t>
      </w:r>
      <w:proofErr w:type="spellStart"/>
      <w:r w:rsidRPr="00993822">
        <w:rPr>
          <w:rFonts w:cs="Times New Roman"/>
          <w:sz w:val="22"/>
        </w:rPr>
        <w:t>caracter</w:t>
      </w:r>
      <w:proofErr w:type="spellEnd"/>
      <w:r w:rsidRPr="00993822">
        <w:rPr>
          <w:rFonts w:cs="Times New Roman"/>
          <w:sz w:val="22"/>
        </w:rPr>
        <w:t xml:space="preserve"> personal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a </w:t>
      </w:r>
      <w:proofErr w:type="spellStart"/>
      <w:r w:rsidRPr="00993822">
        <w:rPr>
          <w:rFonts w:cs="Times New Roman"/>
          <w:sz w:val="22"/>
        </w:rPr>
        <w:t>informațiilor</w:t>
      </w:r>
      <w:proofErr w:type="spellEnd"/>
      <w:r w:rsidRPr="00993822">
        <w:rPr>
          <w:rFonts w:cs="Times New Roman"/>
          <w:sz w:val="22"/>
        </w:rPr>
        <w:t>/</w:t>
      </w:r>
      <w:proofErr w:type="spellStart"/>
      <w:r w:rsidRPr="00993822">
        <w:rPr>
          <w:rFonts w:cs="Times New Roman"/>
          <w:sz w:val="22"/>
        </w:rPr>
        <w:t>documentelor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analizate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în</w:t>
      </w:r>
      <w:proofErr w:type="spellEnd"/>
      <w:r w:rsidRPr="00993822">
        <w:rPr>
          <w:rFonts w:cs="Times New Roman"/>
          <w:sz w:val="22"/>
        </w:rPr>
        <w:t xml:space="preserve"> CA;</w:t>
      </w:r>
    </w:p>
    <w:p w:rsidR="009F397E" w:rsidRPr="00993822" w:rsidRDefault="00A31DEA">
      <w:pPr>
        <w:spacing w:after="20"/>
        <w:ind w:left="340" w:hanging="198"/>
        <w:rPr>
          <w:rFonts w:cs="Times New Roman"/>
          <w:sz w:val="22"/>
        </w:rPr>
      </w:pPr>
      <w:r w:rsidRPr="00993822">
        <w:rPr>
          <w:rFonts w:cs="Times New Roman"/>
          <w:sz w:val="22"/>
        </w:rPr>
        <w:t xml:space="preserve">• </w:t>
      </w:r>
      <w:proofErr w:type="spellStart"/>
      <w:proofErr w:type="gramStart"/>
      <w:r w:rsidRPr="00993822">
        <w:rPr>
          <w:rFonts w:cs="Times New Roman"/>
          <w:sz w:val="22"/>
        </w:rPr>
        <w:t>îndeplinesc</w:t>
      </w:r>
      <w:proofErr w:type="spellEnd"/>
      <w:proofErr w:type="gram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atribuțiile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repartizate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prin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hotărârea</w:t>
      </w:r>
      <w:proofErr w:type="spellEnd"/>
      <w:r w:rsidRPr="00993822">
        <w:rPr>
          <w:rFonts w:cs="Times New Roman"/>
          <w:sz w:val="22"/>
        </w:rPr>
        <w:t xml:space="preserve"> CA; </w:t>
      </w:r>
      <w:proofErr w:type="spellStart"/>
      <w:r w:rsidRPr="00993822">
        <w:rPr>
          <w:rFonts w:cs="Times New Roman"/>
          <w:sz w:val="22"/>
        </w:rPr>
        <w:t>toți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membrii</w:t>
      </w:r>
      <w:proofErr w:type="spellEnd"/>
      <w:r w:rsidRPr="00993822">
        <w:rPr>
          <w:rFonts w:cs="Times New Roman"/>
          <w:sz w:val="22"/>
        </w:rPr>
        <w:t xml:space="preserve"> au </w:t>
      </w:r>
      <w:proofErr w:type="spellStart"/>
      <w:r w:rsidRPr="00993822">
        <w:rPr>
          <w:rFonts w:cs="Times New Roman"/>
          <w:sz w:val="22"/>
        </w:rPr>
        <w:t>aceleași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drepturi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obligații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în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exercitarea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mandatului</w:t>
      </w:r>
      <w:proofErr w:type="spellEnd"/>
      <w:r w:rsidRPr="00993822">
        <w:rPr>
          <w:rFonts w:cs="Times New Roman"/>
          <w:sz w:val="22"/>
        </w:rPr>
        <w:t>.</w:t>
      </w:r>
    </w:p>
    <w:p w:rsidR="009F397E" w:rsidRPr="00993822" w:rsidRDefault="00A31DEA">
      <w:pPr>
        <w:spacing w:before="120"/>
        <w:rPr>
          <w:rFonts w:cs="Times New Roman"/>
          <w:sz w:val="22"/>
        </w:rPr>
      </w:pPr>
      <w:proofErr w:type="spellStart"/>
      <w:r w:rsidRPr="00993822">
        <w:rPr>
          <w:rFonts w:cs="Times New Roman"/>
          <w:b/>
          <w:sz w:val="22"/>
        </w:rPr>
        <w:t>Secretarul</w:t>
      </w:r>
      <w:proofErr w:type="spellEnd"/>
      <w:r w:rsidRPr="00993822">
        <w:rPr>
          <w:rFonts w:cs="Times New Roman"/>
          <w:b/>
          <w:sz w:val="22"/>
        </w:rPr>
        <w:t xml:space="preserve"> </w:t>
      </w:r>
      <w:proofErr w:type="spellStart"/>
      <w:r w:rsidRPr="00993822">
        <w:rPr>
          <w:rFonts w:cs="Times New Roman"/>
          <w:b/>
          <w:sz w:val="22"/>
        </w:rPr>
        <w:t>Consiliului</w:t>
      </w:r>
      <w:proofErr w:type="spellEnd"/>
      <w:r w:rsidRPr="00993822">
        <w:rPr>
          <w:rFonts w:cs="Times New Roman"/>
          <w:b/>
          <w:sz w:val="22"/>
        </w:rPr>
        <w:t xml:space="preserve"> de </w:t>
      </w:r>
      <w:proofErr w:type="spellStart"/>
      <w:r w:rsidRPr="00993822">
        <w:rPr>
          <w:rFonts w:cs="Times New Roman"/>
          <w:b/>
          <w:sz w:val="22"/>
        </w:rPr>
        <w:t>administrație</w:t>
      </w:r>
      <w:proofErr w:type="spellEnd"/>
    </w:p>
    <w:p w:rsidR="009F397E" w:rsidRPr="00993822" w:rsidRDefault="00A31DEA">
      <w:pPr>
        <w:spacing w:after="40"/>
        <w:rPr>
          <w:rFonts w:cs="Times New Roman"/>
          <w:sz w:val="22"/>
        </w:rPr>
      </w:pPr>
      <w:proofErr w:type="spellStart"/>
      <w:r w:rsidRPr="00993822">
        <w:rPr>
          <w:rFonts w:cs="Times New Roman"/>
          <w:sz w:val="22"/>
        </w:rPr>
        <w:t>Molnár</w:t>
      </w:r>
      <w:proofErr w:type="spellEnd"/>
      <w:r w:rsidRPr="00993822">
        <w:rPr>
          <w:rFonts w:cs="Times New Roman"/>
          <w:sz w:val="22"/>
        </w:rPr>
        <w:t xml:space="preserve"> Melinda – </w:t>
      </w:r>
      <w:proofErr w:type="spellStart"/>
      <w:r w:rsidRPr="00993822">
        <w:rPr>
          <w:rFonts w:cs="Times New Roman"/>
          <w:sz w:val="22"/>
        </w:rPr>
        <w:t>secretar</w:t>
      </w:r>
      <w:proofErr w:type="spellEnd"/>
      <w:r w:rsidRPr="00993822">
        <w:rPr>
          <w:rFonts w:cs="Times New Roman"/>
          <w:sz w:val="22"/>
        </w:rPr>
        <w:t xml:space="preserve"> CA (nu </w:t>
      </w:r>
      <w:proofErr w:type="spellStart"/>
      <w:proofErr w:type="gramStart"/>
      <w:r w:rsidRPr="00993822">
        <w:rPr>
          <w:rFonts w:cs="Times New Roman"/>
          <w:sz w:val="22"/>
        </w:rPr>
        <w:t>este</w:t>
      </w:r>
      <w:proofErr w:type="spellEnd"/>
      <w:proofErr w:type="gram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membru</w:t>
      </w:r>
      <w:proofErr w:type="spellEnd"/>
      <w:r w:rsidRPr="00993822">
        <w:rPr>
          <w:rFonts w:cs="Times New Roman"/>
          <w:sz w:val="22"/>
        </w:rPr>
        <w:t xml:space="preserve"> al CA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nu are </w:t>
      </w:r>
      <w:proofErr w:type="spellStart"/>
      <w:r w:rsidRPr="00993822">
        <w:rPr>
          <w:rFonts w:cs="Times New Roman"/>
          <w:sz w:val="22"/>
        </w:rPr>
        <w:t>drept</w:t>
      </w:r>
      <w:proofErr w:type="spellEnd"/>
      <w:r w:rsidRPr="00993822">
        <w:rPr>
          <w:rFonts w:cs="Times New Roman"/>
          <w:sz w:val="22"/>
        </w:rPr>
        <w:t xml:space="preserve"> de </w:t>
      </w:r>
      <w:proofErr w:type="spellStart"/>
      <w:r w:rsidRPr="00993822">
        <w:rPr>
          <w:rFonts w:cs="Times New Roman"/>
          <w:sz w:val="22"/>
        </w:rPr>
        <w:t>vot</w:t>
      </w:r>
      <w:proofErr w:type="spellEnd"/>
      <w:r w:rsidRPr="00993822">
        <w:rPr>
          <w:rFonts w:cs="Times New Roman"/>
          <w:sz w:val="22"/>
        </w:rPr>
        <w:t>).</w:t>
      </w:r>
    </w:p>
    <w:p w:rsidR="009F397E" w:rsidRPr="00993822" w:rsidRDefault="00A31DEA">
      <w:pPr>
        <w:spacing w:after="40"/>
        <w:jc w:val="both"/>
        <w:rPr>
          <w:rFonts w:cs="Times New Roman"/>
          <w:sz w:val="22"/>
        </w:rPr>
      </w:pPr>
      <w:proofErr w:type="spellStart"/>
      <w:proofErr w:type="gramStart"/>
      <w:r w:rsidRPr="00993822">
        <w:rPr>
          <w:rFonts w:cs="Times New Roman"/>
          <w:sz w:val="22"/>
        </w:rPr>
        <w:t>Asigură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convocarea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membrilor</w:t>
      </w:r>
      <w:proofErr w:type="spellEnd"/>
      <w:r w:rsidRPr="00993822">
        <w:rPr>
          <w:rFonts w:cs="Times New Roman"/>
          <w:sz w:val="22"/>
        </w:rPr>
        <w:t xml:space="preserve">, </w:t>
      </w:r>
      <w:proofErr w:type="spellStart"/>
      <w:r w:rsidRPr="00993822">
        <w:rPr>
          <w:rFonts w:cs="Times New Roman"/>
          <w:sz w:val="22"/>
        </w:rPr>
        <w:t>observatorilor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invitaților</w:t>
      </w:r>
      <w:proofErr w:type="spellEnd"/>
      <w:r w:rsidRPr="00993822">
        <w:rPr>
          <w:rFonts w:cs="Times New Roman"/>
          <w:sz w:val="22"/>
        </w:rPr>
        <w:t xml:space="preserve">; </w:t>
      </w:r>
      <w:proofErr w:type="spellStart"/>
      <w:r w:rsidRPr="00993822">
        <w:rPr>
          <w:rFonts w:cs="Times New Roman"/>
          <w:sz w:val="22"/>
        </w:rPr>
        <w:t>întocmește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gestionează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registrele</w:t>
      </w:r>
      <w:proofErr w:type="spellEnd"/>
      <w:r w:rsidRPr="00993822">
        <w:rPr>
          <w:rFonts w:cs="Times New Roman"/>
          <w:sz w:val="22"/>
        </w:rPr>
        <w:t xml:space="preserve"> CA; </w:t>
      </w:r>
      <w:proofErr w:type="spellStart"/>
      <w:r w:rsidRPr="00993822">
        <w:rPr>
          <w:rFonts w:cs="Times New Roman"/>
          <w:sz w:val="22"/>
        </w:rPr>
        <w:t>redactează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procesele-verbale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hotărârile</w:t>
      </w:r>
      <w:proofErr w:type="spellEnd"/>
      <w:r w:rsidRPr="00993822">
        <w:rPr>
          <w:rFonts w:cs="Times New Roman"/>
          <w:sz w:val="22"/>
        </w:rPr>
        <w:t xml:space="preserve">; </w:t>
      </w:r>
      <w:proofErr w:type="spellStart"/>
      <w:r w:rsidRPr="00993822">
        <w:rPr>
          <w:rFonts w:cs="Times New Roman"/>
          <w:sz w:val="22"/>
        </w:rPr>
        <w:t>asigură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afișarea</w:t>
      </w:r>
      <w:proofErr w:type="spellEnd"/>
      <w:r w:rsidRPr="00993822">
        <w:rPr>
          <w:rFonts w:cs="Times New Roman"/>
          <w:sz w:val="22"/>
        </w:rPr>
        <w:t>/</w:t>
      </w:r>
      <w:proofErr w:type="spellStart"/>
      <w:r w:rsidRPr="00993822">
        <w:rPr>
          <w:rFonts w:cs="Times New Roman"/>
          <w:sz w:val="22"/>
        </w:rPr>
        <w:t>comunicarea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hotărârilor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, </w:t>
      </w:r>
      <w:proofErr w:type="spellStart"/>
      <w:r w:rsidRPr="00993822">
        <w:rPr>
          <w:rFonts w:cs="Times New Roman"/>
          <w:sz w:val="22"/>
        </w:rPr>
        <w:t>împreună</w:t>
      </w:r>
      <w:proofErr w:type="spellEnd"/>
      <w:r w:rsidRPr="00993822">
        <w:rPr>
          <w:rFonts w:cs="Times New Roman"/>
          <w:sz w:val="22"/>
        </w:rPr>
        <w:t xml:space="preserve"> cu </w:t>
      </w:r>
      <w:proofErr w:type="spellStart"/>
      <w:r w:rsidRPr="00993822">
        <w:rPr>
          <w:rFonts w:cs="Times New Roman"/>
          <w:sz w:val="22"/>
        </w:rPr>
        <w:t>președintele</w:t>
      </w:r>
      <w:proofErr w:type="spellEnd"/>
      <w:r w:rsidRPr="00993822">
        <w:rPr>
          <w:rFonts w:cs="Times New Roman"/>
          <w:sz w:val="22"/>
        </w:rPr>
        <w:t xml:space="preserve">, </w:t>
      </w:r>
      <w:proofErr w:type="spellStart"/>
      <w:r w:rsidRPr="00993822">
        <w:rPr>
          <w:rFonts w:cs="Times New Roman"/>
          <w:sz w:val="22"/>
        </w:rPr>
        <w:t>arhivarea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securitatea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documentelor</w:t>
      </w:r>
      <w:proofErr w:type="spellEnd"/>
      <w:r w:rsidRPr="00993822">
        <w:rPr>
          <w:rFonts w:cs="Times New Roman"/>
          <w:sz w:val="22"/>
        </w:rPr>
        <w:t>.</w:t>
      </w:r>
      <w:proofErr w:type="gramEnd"/>
    </w:p>
    <w:p w:rsidR="009F397E" w:rsidRPr="00993822" w:rsidRDefault="00A31DEA">
      <w:pPr>
        <w:spacing w:before="120"/>
        <w:rPr>
          <w:rFonts w:cs="Times New Roman"/>
          <w:sz w:val="22"/>
        </w:rPr>
      </w:pPr>
      <w:proofErr w:type="spellStart"/>
      <w:r w:rsidRPr="00993822">
        <w:rPr>
          <w:rFonts w:cs="Times New Roman"/>
          <w:b/>
          <w:sz w:val="22"/>
        </w:rPr>
        <w:t>Observație</w:t>
      </w:r>
      <w:proofErr w:type="spellEnd"/>
      <w:r w:rsidRPr="00993822">
        <w:rPr>
          <w:rFonts w:cs="Times New Roman"/>
          <w:b/>
          <w:sz w:val="22"/>
        </w:rPr>
        <w:t xml:space="preserve">: </w:t>
      </w:r>
      <w:proofErr w:type="spellStart"/>
      <w:r w:rsidRPr="00993822">
        <w:rPr>
          <w:rFonts w:cs="Times New Roman"/>
          <w:sz w:val="22"/>
        </w:rPr>
        <w:t>Atribuțiile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tematice</w:t>
      </w:r>
      <w:proofErr w:type="spellEnd"/>
      <w:r w:rsidRPr="00993822">
        <w:rPr>
          <w:rFonts w:cs="Times New Roman"/>
          <w:sz w:val="22"/>
        </w:rPr>
        <w:t xml:space="preserve"> din </w:t>
      </w:r>
      <w:proofErr w:type="spellStart"/>
      <w:r w:rsidRPr="00993822">
        <w:rPr>
          <w:rFonts w:cs="Times New Roman"/>
          <w:sz w:val="22"/>
        </w:rPr>
        <w:t>tabel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reprezintă</w:t>
      </w:r>
      <w:proofErr w:type="spellEnd"/>
      <w:r w:rsidRPr="00993822">
        <w:rPr>
          <w:rFonts w:cs="Times New Roman"/>
          <w:sz w:val="22"/>
        </w:rPr>
        <w:t xml:space="preserve"> o </w:t>
      </w:r>
      <w:proofErr w:type="spellStart"/>
      <w:r w:rsidRPr="00993822">
        <w:rPr>
          <w:rFonts w:cs="Times New Roman"/>
          <w:sz w:val="22"/>
        </w:rPr>
        <w:t>repartizare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internă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orientativă</w:t>
      </w:r>
      <w:proofErr w:type="spellEnd"/>
      <w:r w:rsidRPr="00993822">
        <w:rPr>
          <w:rFonts w:cs="Times New Roman"/>
          <w:sz w:val="22"/>
        </w:rPr>
        <w:t xml:space="preserve">. </w:t>
      </w:r>
      <w:proofErr w:type="spellStart"/>
      <w:r w:rsidRPr="00993822">
        <w:rPr>
          <w:rFonts w:cs="Times New Roman"/>
          <w:sz w:val="22"/>
        </w:rPr>
        <w:t>Ele</w:t>
      </w:r>
      <w:proofErr w:type="spellEnd"/>
      <w:r w:rsidRPr="00993822">
        <w:rPr>
          <w:rFonts w:cs="Times New Roman"/>
          <w:sz w:val="22"/>
        </w:rPr>
        <w:t xml:space="preserve"> nu </w:t>
      </w:r>
      <w:proofErr w:type="spellStart"/>
      <w:r w:rsidRPr="00993822">
        <w:rPr>
          <w:rFonts w:cs="Times New Roman"/>
          <w:sz w:val="22"/>
        </w:rPr>
        <w:t>limitează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dreptul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obligația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fiecărui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membru</w:t>
      </w:r>
      <w:proofErr w:type="spellEnd"/>
      <w:r w:rsidRPr="00993822">
        <w:rPr>
          <w:rFonts w:cs="Times New Roman"/>
          <w:sz w:val="22"/>
        </w:rPr>
        <w:t xml:space="preserve"> de </w:t>
      </w:r>
      <w:proofErr w:type="gramStart"/>
      <w:r w:rsidRPr="00993822">
        <w:rPr>
          <w:rFonts w:cs="Times New Roman"/>
          <w:sz w:val="22"/>
        </w:rPr>
        <w:t>a</w:t>
      </w:r>
      <w:proofErr w:type="gram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analiza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și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vota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toate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problemele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aflate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în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competența</w:t>
      </w:r>
      <w:proofErr w:type="spellEnd"/>
      <w:r w:rsidRPr="00993822">
        <w:rPr>
          <w:rFonts w:cs="Times New Roman"/>
          <w:sz w:val="22"/>
        </w:rPr>
        <w:t xml:space="preserve"> </w:t>
      </w:r>
      <w:proofErr w:type="spellStart"/>
      <w:r w:rsidRPr="00993822">
        <w:rPr>
          <w:rFonts w:cs="Times New Roman"/>
          <w:sz w:val="22"/>
        </w:rPr>
        <w:t>Consiliului</w:t>
      </w:r>
      <w:proofErr w:type="spellEnd"/>
      <w:r w:rsidRPr="00993822">
        <w:rPr>
          <w:rFonts w:cs="Times New Roman"/>
          <w:sz w:val="22"/>
        </w:rPr>
        <w:t xml:space="preserve"> de </w:t>
      </w:r>
      <w:proofErr w:type="spellStart"/>
      <w:r w:rsidRPr="00993822">
        <w:rPr>
          <w:rFonts w:cs="Times New Roman"/>
          <w:sz w:val="22"/>
        </w:rPr>
        <w:t>administrație</w:t>
      </w:r>
      <w:proofErr w:type="spellEnd"/>
      <w:r w:rsidRPr="00993822">
        <w:rPr>
          <w:rFonts w:cs="Times New Roman"/>
          <w:sz w:val="22"/>
        </w:rPr>
        <w:t>.</w:t>
      </w:r>
    </w:p>
    <w:sectPr w:rsidR="009F397E" w:rsidRPr="00993822" w:rsidSect="00034616">
      <w:footerReference w:type="default" r:id="rId8"/>
      <w:pgSz w:w="16838" w:h="11906" w:orient="landscape"/>
      <w:pgMar w:top="794" w:right="850" w:bottom="794" w:left="85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00A9" w:rsidRDefault="00FD00A9">
      <w:pPr>
        <w:spacing w:after="0" w:line="240" w:lineRule="auto"/>
      </w:pPr>
      <w:r>
        <w:separator/>
      </w:r>
    </w:p>
  </w:endnote>
  <w:endnote w:type="continuationSeparator" w:id="0">
    <w:p w:rsidR="00FD00A9" w:rsidRDefault="00FD0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822" w:rsidRPr="00993822" w:rsidRDefault="00993822" w:rsidP="00993822">
    <w:pPr>
      <w:spacing w:after="0" w:line="240" w:lineRule="auto"/>
      <w:rPr>
        <w:rFonts w:cs="Times New Roman"/>
        <w:sz w:val="24"/>
        <w:szCs w:val="24"/>
      </w:rPr>
    </w:pPr>
    <w:proofErr w:type="spellStart"/>
    <w:r>
      <w:rPr>
        <w:rFonts w:hAnsi="Symbol" w:cs="Times New Roman"/>
        <w:sz w:val="24"/>
        <w:szCs w:val="24"/>
      </w:rPr>
      <w:t>Temei</w:t>
    </w:r>
    <w:proofErr w:type="spellEnd"/>
    <w:r>
      <w:rPr>
        <w:rFonts w:hAnsi="Symbol" w:cs="Times New Roman"/>
        <w:sz w:val="24"/>
        <w:szCs w:val="24"/>
      </w:rPr>
      <w:t xml:space="preserve"> legal: </w:t>
    </w:r>
    <w:proofErr w:type="gramStart"/>
    <w:r w:rsidRPr="00993822">
      <w:rPr>
        <w:rFonts w:hAnsi="Symbol" w:cs="Times New Roman"/>
        <w:sz w:val="24"/>
        <w:szCs w:val="24"/>
      </w:rPr>
      <w:t></w:t>
    </w:r>
    <w:r w:rsidRPr="00993822">
      <w:rPr>
        <w:rFonts w:cs="Times New Roman"/>
        <w:sz w:val="24"/>
        <w:szCs w:val="24"/>
      </w:rPr>
      <w:t xml:space="preserve">  </w:t>
    </w:r>
    <w:proofErr w:type="spellStart"/>
    <w:r w:rsidRPr="00993822">
      <w:rPr>
        <w:rFonts w:cs="Times New Roman"/>
        <w:b/>
        <w:bCs/>
        <w:sz w:val="24"/>
        <w:szCs w:val="24"/>
      </w:rPr>
      <w:t>Legea</w:t>
    </w:r>
    <w:proofErr w:type="spellEnd"/>
    <w:proofErr w:type="gram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învățământului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preuniversitar</w:t>
    </w:r>
    <w:proofErr w:type="spellEnd"/>
    <w:r w:rsidRPr="00993822">
      <w:rPr>
        <w:rFonts w:cs="Times New Roman"/>
        <w:b/>
        <w:bCs/>
        <w:sz w:val="24"/>
        <w:szCs w:val="24"/>
      </w:rPr>
      <w:t xml:space="preserve"> nr. 198/2023, art. 128, cu </w:t>
    </w:r>
    <w:proofErr w:type="spellStart"/>
    <w:r w:rsidRPr="00993822">
      <w:rPr>
        <w:rFonts w:cs="Times New Roman"/>
        <w:b/>
        <w:bCs/>
        <w:sz w:val="24"/>
        <w:szCs w:val="24"/>
      </w:rPr>
      <w:t>modificările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și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completările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ulterioare</w:t>
    </w:r>
    <w:proofErr w:type="spellEnd"/>
    <w:r w:rsidRPr="00993822">
      <w:rPr>
        <w:rFonts w:cs="Times New Roman"/>
        <w:b/>
        <w:bCs/>
        <w:sz w:val="24"/>
        <w:szCs w:val="24"/>
      </w:rPr>
      <w:t>;</w:t>
    </w:r>
    <w:r w:rsidRPr="00993822">
      <w:rPr>
        <w:rFonts w:cs="Times New Roman"/>
        <w:sz w:val="24"/>
        <w:szCs w:val="24"/>
      </w:rPr>
      <w:t xml:space="preserve"> </w:t>
    </w:r>
  </w:p>
  <w:p w:rsidR="009F397E" w:rsidRDefault="00993822" w:rsidP="00993822">
    <w:pPr>
      <w:pStyle w:val="llb"/>
      <w:jc w:val="center"/>
    </w:pPr>
    <w:proofErr w:type="gramStart"/>
    <w:r w:rsidRPr="00993822">
      <w:rPr>
        <w:rFonts w:hAnsi="Symbol" w:cs="Times New Roman"/>
        <w:sz w:val="24"/>
        <w:szCs w:val="24"/>
      </w:rPr>
      <w:t></w:t>
    </w:r>
    <w:r w:rsidRPr="00993822">
      <w:rPr>
        <w:rFonts w:cs="Times New Roman"/>
        <w:sz w:val="24"/>
        <w:szCs w:val="24"/>
      </w:rPr>
      <w:t xml:space="preserve">  </w:t>
    </w:r>
    <w:proofErr w:type="spellStart"/>
    <w:r w:rsidRPr="00993822">
      <w:rPr>
        <w:rFonts w:cs="Times New Roman"/>
        <w:b/>
        <w:bCs/>
        <w:sz w:val="24"/>
        <w:szCs w:val="24"/>
      </w:rPr>
      <w:t>Ordinul</w:t>
    </w:r>
    <w:proofErr w:type="spellEnd"/>
    <w:proofErr w:type="gram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ministrului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educației</w:t>
    </w:r>
    <w:proofErr w:type="spellEnd"/>
    <w:r w:rsidRPr="00993822">
      <w:rPr>
        <w:rFonts w:cs="Times New Roman"/>
        <w:b/>
        <w:bCs/>
        <w:sz w:val="24"/>
        <w:szCs w:val="24"/>
      </w:rPr>
      <w:t xml:space="preserve"> nr. 6.223/2023 </w:t>
    </w:r>
    <w:proofErr w:type="spellStart"/>
    <w:r w:rsidRPr="00993822">
      <w:rPr>
        <w:rFonts w:cs="Times New Roman"/>
        <w:b/>
        <w:bCs/>
        <w:sz w:val="24"/>
        <w:szCs w:val="24"/>
      </w:rPr>
      <w:t>pentru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aprobarea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Metodologiei-cadru</w:t>
    </w:r>
    <w:proofErr w:type="spellEnd"/>
    <w:r w:rsidRPr="00993822">
      <w:rPr>
        <w:rFonts w:cs="Times New Roman"/>
        <w:b/>
        <w:bCs/>
        <w:sz w:val="24"/>
        <w:szCs w:val="24"/>
      </w:rPr>
      <w:t xml:space="preserve"> de </w:t>
    </w:r>
    <w:proofErr w:type="spellStart"/>
    <w:r w:rsidRPr="00993822">
      <w:rPr>
        <w:rFonts w:cs="Times New Roman"/>
        <w:b/>
        <w:bCs/>
        <w:sz w:val="24"/>
        <w:szCs w:val="24"/>
      </w:rPr>
      <w:t>organizare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și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funcționare</w:t>
    </w:r>
    <w:proofErr w:type="spellEnd"/>
    <w:r w:rsidRPr="00993822">
      <w:rPr>
        <w:rFonts w:cs="Times New Roman"/>
        <w:b/>
        <w:bCs/>
        <w:sz w:val="24"/>
        <w:szCs w:val="24"/>
      </w:rPr>
      <w:t xml:space="preserve"> a </w:t>
    </w:r>
    <w:proofErr w:type="spellStart"/>
    <w:r w:rsidRPr="00993822">
      <w:rPr>
        <w:rFonts w:cs="Times New Roman"/>
        <w:b/>
        <w:bCs/>
        <w:sz w:val="24"/>
        <w:szCs w:val="24"/>
      </w:rPr>
      <w:t>consiliilor</w:t>
    </w:r>
    <w:proofErr w:type="spellEnd"/>
    <w:r w:rsidRPr="00993822">
      <w:rPr>
        <w:rFonts w:cs="Times New Roman"/>
        <w:b/>
        <w:bCs/>
        <w:sz w:val="24"/>
        <w:szCs w:val="24"/>
      </w:rPr>
      <w:t xml:space="preserve"> de </w:t>
    </w:r>
    <w:proofErr w:type="spellStart"/>
    <w:r w:rsidRPr="00993822">
      <w:rPr>
        <w:rFonts w:cs="Times New Roman"/>
        <w:b/>
        <w:bCs/>
        <w:sz w:val="24"/>
        <w:szCs w:val="24"/>
      </w:rPr>
      <w:t>administrație</w:t>
    </w:r>
    <w:proofErr w:type="spellEnd"/>
    <w:r w:rsidRPr="00993822">
      <w:rPr>
        <w:rFonts w:cs="Times New Roman"/>
        <w:b/>
        <w:bCs/>
        <w:sz w:val="24"/>
        <w:szCs w:val="24"/>
      </w:rPr>
      <w:t xml:space="preserve"> din </w:t>
    </w:r>
    <w:proofErr w:type="spellStart"/>
    <w:r w:rsidRPr="00993822">
      <w:rPr>
        <w:rFonts w:cs="Times New Roman"/>
        <w:b/>
        <w:bCs/>
        <w:sz w:val="24"/>
        <w:szCs w:val="24"/>
      </w:rPr>
      <w:t>unitățile</w:t>
    </w:r>
    <w:proofErr w:type="spellEnd"/>
    <w:r w:rsidRPr="00993822">
      <w:rPr>
        <w:rFonts w:cs="Times New Roman"/>
        <w:b/>
        <w:bCs/>
        <w:sz w:val="24"/>
        <w:szCs w:val="24"/>
      </w:rPr>
      <w:t xml:space="preserve"> de </w:t>
    </w:r>
    <w:proofErr w:type="spellStart"/>
    <w:r w:rsidRPr="00993822">
      <w:rPr>
        <w:rFonts w:cs="Times New Roman"/>
        <w:b/>
        <w:bCs/>
        <w:sz w:val="24"/>
        <w:szCs w:val="24"/>
      </w:rPr>
      <w:t>învățământ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preuniversitar</w:t>
    </w:r>
    <w:proofErr w:type="spellEnd"/>
    <w:r w:rsidRPr="00993822">
      <w:rPr>
        <w:rFonts w:cs="Times New Roman"/>
        <w:b/>
        <w:bCs/>
        <w:sz w:val="24"/>
        <w:szCs w:val="24"/>
      </w:rPr>
      <w:t xml:space="preserve">, cu </w:t>
    </w:r>
    <w:proofErr w:type="spellStart"/>
    <w:r w:rsidRPr="00993822">
      <w:rPr>
        <w:rFonts w:cs="Times New Roman"/>
        <w:b/>
        <w:bCs/>
        <w:sz w:val="24"/>
        <w:szCs w:val="24"/>
      </w:rPr>
      <w:t>modificările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și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completările</w:t>
    </w:r>
    <w:proofErr w:type="spellEnd"/>
    <w:r w:rsidRPr="00993822">
      <w:rPr>
        <w:rFonts w:cs="Times New Roman"/>
        <w:b/>
        <w:bCs/>
        <w:sz w:val="24"/>
        <w:szCs w:val="24"/>
      </w:rPr>
      <w:t xml:space="preserve"> </w:t>
    </w:r>
    <w:proofErr w:type="spellStart"/>
    <w:r w:rsidRPr="00993822">
      <w:rPr>
        <w:rFonts w:cs="Times New Roman"/>
        <w:b/>
        <w:bCs/>
        <w:sz w:val="24"/>
        <w:szCs w:val="24"/>
      </w:rPr>
      <w:t>ulterioare</w:t>
    </w:r>
    <w:proofErr w:type="spellEnd"/>
    <w:r w:rsidRPr="00993822">
      <w:rPr>
        <w:rFonts w:cs="Times New Roman"/>
        <w:b/>
        <w:bCs/>
        <w:sz w:val="24"/>
        <w:szCs w:val="24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00A9" w:rsidRDefault="00FD00A9">
      <w:pPr>
        <w:spacing w:after="0" w:line="240" w:lineRule="auto"/>
      </w:pPr>
      <w:r>
        <w:separator/>
      </w:r>
    </w:p>
  </w:footnote>
  <w:footnote w:type="continuationSeparator" w:id="0">
    <w:p w:rsidR="00FD00A9" w:rsidRDefault="00FD00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34616"/>
    <w:rsid w:val="0006063C"/>
    <w:rsid w:val="0015074B"/>
    <w:rsid w:val="0029639D"/>
    <w:rsid w:val="00326F90"/>
    <w:rsid w:val="00702B52"/>
    <w:rsid w:val="00993822"/>
    <w:rsid w:val="009F397E"/>
    <w:rsid w:val="00A31DEA"/>
    <w:rsid w:val="00AA1D8D"/>
    <w:rsid w:val="00B47730"/>
    <w:rsid w:val="00CB0664"/>
    <w:rsid w:val="00EA37B5"/>
    <w:rsid w:val="00FC693F"/>
    <w:rsid w:val="00FD00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hangslyoz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1E31466-F465-458D-A7A0-C5CB4577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3920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Ildiko Lorincz</cp:lastModifiedBy>
  <cp:revision>4</cp:revision>
  <dcterms:created xsi:type="dcterms:W3CDTF">2026-09-05T15:39:00Z</dcterms:created>
  <dcterms:modified xsi:type="dcterms:W3CDTF">2026-09-11T09:16:00Z</dcterms:modified>
  <cp:category/>
</cp:coreProperties>
</file>